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8CF8" w14:textId="77777777" w:rsidR="00F17693" w:rsidRDefault="00000000" w:rsidP="003918AF">
      <w:pPr>
        <w:spacing w:after="40" w:line="360" w:lineRule="auto"/>
        <w:rPr>
          <w:lang w:eastAsia="ko-KR"/>
        </w:rPr>
      </w:pPr>
      <w:r>
        <w:rPr>
          <w:b/>
          <w:color w:val="003366"/>
          <w:sz w:val="32"/>
          <w:lang w:eastAsia="ko-KR"/>
        </w:rPr>
        <w:t>프롬프트 사전 기획/설계 워크시트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F17693" w14:paraId="2B54F529" w14:textId="77777777">
        <w:trPr>
          <w:trHeight w:val="360"/>
        </w:trPr>
        <w:tc>
          <w:tcPr>
            <w:tcW w:w="2550" w:type="dxa"/>
          </w:tcPr>
          <w:p w14:paraId="06F1B96C" w14:textId="77777777" w:rsidR="00F17693" w:rsidRDefault="00000000" w:rsidP="003918AF">
            <w:pPr>
              <w:spacing w:before="20" w:line="360" w:lineRule="auto"/>
            </w:pPr>
            <w:r>
              <w:rPr>
                <w:b/>
                <w:color w:val="003366"/>
              </w:rPr>
              <w:t>이름:</w:t>
            </w:r>
          </w:p>
        </w:tc>
        <w:tc>
          <w:tcPr>
            <w:tcW w:w="2550" w:type="dxa"/>
          </w:tcPr>
          <w:p w14:paraId="026327F9" w14:textId="77777777" w:rsidR="00F17693" w:rsidRDefault="00F17693" w:rsidP="003918AF">
            <w:pPr>
              <w:pBdr>
                <w:bottom w:val="single" w:sz="4" w:space="1" w:color="999999"/>
              </w:pBdr>
              <w:spacing w:before="20" w:line="360" w:lineRule="auto"/>
            </w:pPr>
          </w:p>
        </w:tc>
        <w:tc>
          <w:tcPr>
            <w:tcW w:w="2550" w:type="dxa"/>
          </w:tcPr>
          <w:p w14:paraId="310136BA" w14:textId="77777777" w:rsidR="00F17693" w:rsidRDefault="00000000" w:rsidP="003918AF">
            <w:pPr>
              <w:spacing w:before="20" w:line="360" w:lineRule="auto"/>
            </w:pPr>
            <w:r>
              <w:rPr>
                <w:b/>
                <w:color w:val="003366"/>
              </w:rPr>
              <w:t>날짜:</w:t>
            </w:r>
          </w:p>
        </w:tc>
        <w:tc>
          <w:tcPr>
            <w:tcW w:w="2550" w:type="dxa"/>
          </w:tcPr>
          <w:p w14:paraId="169D4B0D" w14:textId="77777777" w:rsidR="00F17693" w:rsidRDefault="00F17693" w:rsidP="003918AF">
            <w:pPr>
              <w:pBdr>
                <w:bottom w:val="single" w:sz="4" w:space="1" w:color="999999"/>
              </w:pBdr>
              <w:spacing w:before="20" w:line="360" w:lineRule="auto"/>
            </w:pPr>
          </w:p>
        </w:tc>
      </w:tr>
    </w:tbl>
    <w:p w14:paraId="754DEBA6" w14:textId="77777777" w:rsidR="00F17693" w:rsidRDefault="00F17693" w:rsidP="003918AF">
      <w:pPr>
        <w:spacing w:before="40" w:after="40" w:line="360" w:lineRule="auto"/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</w:tblBorders>
        <w:tblLook w:val="04A0" w:firstRow="1" w:lastRow="0" w:firstColumn="1" w:lastColumn="0" w:noHBand="0" w:noVBand="1"/>
      </w:tblPr>
      <w:tblGrid>
        <w:gridCol w:w="10200"/>
      </w:tblGrid>
      <w:tr w:rsidR="00F17693" w14:paraId="0D6D48CA" w14:textId="77777777">
        <w:trPr>
          <w:trHeight w:val="340"/>
          <w:jc w:val="center"/>
        </w:trPr>
        <w:tc>
          <w:tcPr>
            <w:tcW w:w="10200" w:type="dxa"/>
            <w:shd w:val="clear" w:color="auto" w:fill="E8F0FE"/>
          </w:tcPr>
          <w:p w14:paraId="495643A1" w14:textId="77777777" w:rsidR="00F17693" w:rsidRDefault="00000000" w:rsidP="003918AF">
            <w:pPr>
              <w:spacing w:before="20" w:line="360" w:lineRule="auto"/>
            </w:pPr>
            <w:r>
              <w:rPr>
                <w:b/>
                <w:color w:val="003366"/>
                <w:sz w:val="20"/>
              </w:rPr>
              <w:t xml:space="preserve">  [상황 선택]</w:t>
            </w:r>
          </w:p>
        </w:tc>
      </w:tr>
      <w:tr w:rsidR="00F17693" w14:paraId="0119BB21" w14:textId="77777777">
        <w:trPr>
          <w:trHeight w:val="560"/>
          <w:jc w:val="center"/>
        </w:trPr>
        <w:tc>
          <w:tcPr>
            <w:tcW w:w="10200" w:type="dxa"/>
          </w:tcPr>
          <w:p w14:paraId="348E23EE" w14:textId="77777777" w:rsidR="00F17693" w:rsidRDefault="00000000" w:rsidP="003918AF">
            <w:pPr>
              <w:spacing w:before="40" w:line="360" w:lineRule="auto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☐ 설교 준비   ☐ 성경공부 자료   ☐ 심방/상담 준비   ☐ 행정 문서   ☐ 교육 자료   ☐ 기타: __________   </w:t>
            </w:r>
          </w:p>
          <w:p w14:paraId="4C05444A" w14:textId="77777777" w:rsidR="00F17693" w:rsidRDefault="00000000" w:rsidP="003918AF">
            <w:pPr>
              <w:spacing w:before="40" w:after="40" w:line="360" w:lineRule="auto"/>
            </w:pPr>
            <w:r>
              <w:rPr>
                <w:b/>
                <w:color w:val="646464"/>
                <w:sz w:val="17"/>
              </w:rPr>
              <w:t xml:space="preserve">[답변] : </w:t>
            </w:r>
          </w:p>
        </w:tc>
      </w:tr>
      <w:tr w:rsidR="00F17693" w14:paraId="70D8246F" w14:textId="77777777">
        <w:trPr>
          <w:trHeight w:val="340"/>
          <w:jc w:val="center"/>
        </w:trPr>
        <w:tc>
          <w:tcPr>
            <w:tcW w:w="10200" w:type="dxa"/>
            <w:shd w:val="clear" w:color="auto" w:fill="E8F0FE"/>
          </w:tcPr>
          <w:p w14:paraId="532C9836" w14:textId="77777777" w:rsidR="00F17693" w:rsidRDefault="00000000" w:rsidP="003918AF">
            <w:pPr>
              <w:spacing w:before="40" w:after="40" w:line="360" w:lineRule="auto"/>
              <w:rPr>
                <w:lang w:eastAsia="ko-KR"/>
              </w:rPr>
            </w:pPr>
            <w:r>
              <w:rPr>
                <w:b/>
                <w:color w:val="0064B4"/>
                <w:sz w:val="20"/>
                <w:lang w:eastAsia="ko-KR"/>
              </w:rPr>
              <w:t xml:space="preserve">  Q1. </w:t>
            </w:r>
            <w:r>
              <w:rPr>
                <w:b/>
                <w:color w:val="003366"/>
                <w:sz w:val="20"/>
                <w:lang w:eastAsia="ko-KR"/>
              </w:rPr>
              <w:t>무엇을 하고 싶은가? (What)</w:t>
            </w:r>
          </w:p>
        </w:tc>
      </w:tr>
      <w:tr w:rsidR="00F17693" w14:paraId="62BD9046" w14:textId="77777777">
        <w:trPr>
          <w:trHeight w:val="480"/>
          <w:jc w:val="center"/>
        </w:trPr>
        <w:tc>
          <w:tcPr>
            <w:tcW w:w="10200" w:type="dxa"/>
          </w:tcPr>
          <w:p w14:paraId="2EFAB34E" w14:textId="77777777" w:rsidR="00F17693" w:rsidRDefault="00000000" w:rsidP="003918AF">
            <w:pPr>
              <w:spacing w:before="40" w:after="40" w:line="360" w:lineRule="auto"/>
            </w:pPr>
            <w:r>
              <w:rPr>
                <w:b/>
                <w:color w:val="646464"/>
                <w:sz w:val="17"/>
              </w:rPr>
              <w:t xml:space="preserve">[답변] : </w:t>
            </w:r>
          </w:p>
        </w:tc>
      </w:tr>
      <w:tr w:rsidR="00F17693" w14:paraId="571FCB84" w14:textId="77777777">
        <w:trPr>
          <w:trHeight w:val="340"/>
          <w:jc w:val="center"/>
        </w:trPr>
        <w:tc>
          <w:tcPr>
            <w:tcW w:w="10200" w:type="dxa"/>
            <w:shd w:val="clear" w:color="auto" w:fill="E8F0FE"/>
          </w:tcPr>
          <w:p w14:paraId="1D54BE93" w14:textId="77777777" w:rsidR="00F17693" w:rsidRDefault="00000000" w:rsidP="003918AF">
            <w:pPr>
              <w:spacing w:before="40" w:after="40" w:line="360" w:lineRule="auto"/>
            </w:pPr>
            <w:r>
              <w:rPr>
                <w:b/>
                <w:color w:val="0064B4"/>
                <w:sz w:val="20"/>
              </w:rPr>
              <w:t xml:space="preserve">  Q2. </w:t>
            </w:r>
            <w:r>
              <w:rPr>
                <w:b/>
                <w:color w:val="003366"/>
                <w:sz w:val="20"/>
              </w:rPr>
              <w:t>어떤 상황인가? (Where / Context)</w:t>
            </w:r>
          </w:p>
        </w:tc>
      </w:tr>
      <w:tr w:rsidR="00F17693" w14:paraId="285447EA" w14:textId="77777777">
        <w:trPr>
          <w:trHeight w:val="720"/>
          <w:jc w:val="center"/>
        </w:trPr>
        <w:tc>
          <w:tcPr>
            <w:tcW w:w="10200" w:type="dxa"/>
          </w:tcPr>
          <w:p w14:paraId="79CF770B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교단/신학 전통: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  <w:p w14:paraId="2716D703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시기/절기: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  <w:p w14:paraId="324344DD" w14:textId="77777777" w:rsidR="00F17693" w:rsidRDefault="00000000" w:rsidP="003918AF">
            <w:pPr>
              <w:spacing w:before="20" w:line="360" w:lineRule="auto"/>
            </w:pPr>
            <w:r>
              <w:rPr>
                <w:b/>
                <w:color w:val="00508C"/>
                <w:sz w:val="17"/>
                <w:lang w:eastAsia="ko-KR"/>
              </w:rPr>
              <w:t xml:space="preserve">  </w:t>
            </w:r>
            <w:r>
              <w:rPr>
                <w:b/>
                <w:color w:val="00508C"/>
                <w:sz w:val="17"/>
              </w:rPr>
              <w:t xml:space="preserve">대상 청중: </w:t>
            </w:r>
            <w:r>
              <w:rPr>
                <w:color w:val="C8C8C8"/>
                <w:sz w:val="16"/>
              </w:rPr>
              <w:t>______________________________________________________________________</w:t>
            </w:r>
          </w:p>
          <w:p w14:paraId="59B5A3A8" w14:textId="77777777" w:rsidR="00F17693" w:rsidRDefault="00000000" w:rsidP="003918AF">
            <w:pPr>
              <w:spacing w:before="20" w:line="360" w:lineRule="auto"/>
            </w:pPr>
            <w:r>
              <w:rPr>
                <w:b/>
                <w:color w:val="00508C"/>
                <w:sz w:val="17"/>
              </w:rPr>
              <w:t xml:space="preserve">  특별한 상황: </w:t>
            </w:r>
            <w:r>
              <w:rPr>
                <w:color w:val="C8C8C8"/>
                <w:sz w:val="16"/>
              </w:rPr>
              <w:t>______________________________________________________________________</w:t>
            </w:r>
          </w:p>
        </w:tc>
      </w:tr>
      <w:tr w:rsidR="00F17693" w14:paraId="6EE3314F" w14:textId="77777777">
        <w:trPr>
          <w:trHeight w:val="340"/>
          <w:jc w:val="center"/>
        </w:trPr>
        <w:tc>
          <w:tcPr>
            <w:tcW w:w="10200" w:type="dxa"/>
            <w:shd w:val="clear" w:color="auto" w:fill="E8F0FE"/>
          </w:tcPr>
          <w:p w14:paraId="4457945B" w14:textId="77777777" w:rsidR="00F17693" w:rsidRDefault="00000000" w:rsidP="003918AF">
            <w:pPr>
              <w:spacing w:before="40" w:after="40" w:line="360" w:lineRule="auto"/>
            </w:pPr>
            <w:r>
              <w:rPr>
                <w:b/>
                <w:color w:val="0064B4"/>
                <w:sz w:val="20"/>
                <w:lang w:eastAsia="ko-KR"/>
              </w:rPr>
              <w:t xml:space="preserve">  Q3. </w:t>
            </w:r>
            <w:r>
              <w:rPr>
                <w:b/>
                <w:color w:val="003366"/>
                <w:sz w:val="20"/>
                <w:lang w:eastAsia="ko-KR"/>
              </w:rPr>
              <w:t xml:space="preserve">무슨 내용을 참고해야 하나? </w:t>
            </w:r>
            <w:r>
              <w:rPr>
                <w:b/>
                <w:color w:val="003366"/>
                <w:sz w:val="20"/>
              </w:rPr>
              <w:t>(With / Source)</w:t>
            </w:r>
          </w:p>
        </w:tc>
      </w:tr>
      <w:tr w:rsidR="00F17693" w14:paraId="5409D7B8" w14:textId="77777777">
        <w:trPr>
          <w:trHeight w:val="560"/>
          <w:jc w:val="center"/>
        </w:trPr>
        <w:tc>
          <w:tcPr>
            <w:tcW w:w="10200" w:type="dxa"/>
          </w:tcPr>
          <w:p w14:paraId="1CE7A421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성경 본문: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  <w:p w14:paraId="7D904633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참고할 자료: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  <w:p w14:paraId="22E205EB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반드시 포함할 내용: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</w:tc>
      </w:tr>
      <w:tr w:rsidR="00F17693" w14:paraId="23611E95" w14:textId="77777777">
        <w:trPr>
          <w:trHeight w:val="340"/>
          <w:jc w:val="center"/>
        </w:trPr>
        <w:tc>
          <w:tcPr>
            <w:tcW w:w="10200" w:type="dxa"/>
            <w:shd w:val="clear" w:color="auto" w:fill="E8F0FE"/>
          </w:tcPr>
          <w:p w14:paraId="18A59566" w14:textId="77777777" w:rsidR="00F17693" w:rsidRDefault="00000000" w:rsidP="003918AF">
            <w:pPr>
              <w:spacing w:before="40" w:after="40" w:line="360" w:lineRule="auto"/>
              <w:rPr>
                <w:lang w:eastAsia="ko-KR"/>
              </w:rPr>
            </w:pPr>
            <w:r>
              <w:rPr>
                <w:b/>
                <w:color w:val="0064B4"/>
                <w:sz w:val="20"/>
                <w:lang w:eastAsia="ko-KR"/>
              </w:rPr>
              <w:t xml:space="preserve">  Q4. </w:t>
            </w:r>
            <w:r>
              <w:rPr>
                <w:b/>
                <w:color w:val="003366"/>
                <w:sz w:val="20"/>
                <w:lang w:eastAsia="ko-KR"/>
              </w:rPr>
              <w:t>어떤 형태로 만들까? (Way / Output)</w:t>
            </w:r>
          </w:p>
        </w:tc>
      </w:tr>
      <w:tr w:rsidR="00F17693" w14:paraId="7FFBD499" w14:textId="77777777">
        <w:trPr>
          <w:trHeight w:val="720"/>
          <w:jc w:val="center"/>
        </w:trPr>
        <w:tc>
          <w:tcPr>
            <w:tcW w:w="10200" w:type="dxa"/>
          </w:tcPr>
          <w:p w14:paraId="5FDEFA44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형식/유형: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  <w:p w14:paraId="0833EF21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분량/길이: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  <w:p w14:paraId="4B697218" w14:textId="77777777" w:rsidR="00F17693" w:rsidRDefault="00000000" w:rsidP="003918AF">
            <w:pPr>
              <w:spacing w:before="20" w:line="360" w:lineRule="auto"/>
              <w:rPr>
                <w:lang w:eastAsia="ko-KR"/>
              </w:rPr>
            </w:pPr>
            <w:r>
              <w:rPr>
                <w:b/>
                <w:color w:val="00508C"/>
                <w:sz w:val="17"/>
                <w:lang w:eastAsia="ko-KR"/>
              </w:rPr>
              <w:t xml:space="preserve">  구조/순서: </w:t>
            </w:r>
            <w:r>
              <w:rPr>
                <w:color w:val="C8C8C8"/>
                <w:sz w:val="16"/>
                <w:lang w:eastAsia="ko-KR"/>
              </w:rPr>
              <w:t>______________________________________________________________________</w:t>
            </w:r>
          </w:p>
          <w:p w14:paraId="274AE9E6" w14:textId="77777777" w:rsidR="00F17693" w:rsidRDefault="00000000" w:rsidP="003918AF">
            <w:pPr>
              <w:spacing w:before="20" w:line="360" w:lineRule="auto"/>
            </w:pPr>
            <w:r>
              <w:rPr>
                <w:b/>
                <w:color w:val="00508C"/>
                <w:sz w:val="17"/>
                <w:lang w:eastAsia="ko-KR"/>
              </w:rPr>
              <w:t xml:space="preserve">  </w:t>
            </w:r>
            <w:r>
              <w:rPr>
                <w:b/>
                <w:color w:val="00508C"/>
                <w:sz w:val="17"/>
              </w:rPr>
              <w:t xml:space="preserve">톤/문체: </w:t>
            </w:r>
            <w:r>
              <w:rPr>
                <w:color w:val="C8C8C8"/>
                <w:sz w:val="16"/>
              </w:rPr>
              <w:t>______________________________________________________________________</w:t>
            </w:r>
          </w:p>
        </w:tc>
      </w:tr>
      <w:tr w:rsidR="00F17693" w14:paraId="5FE0068F" w14:textId="77777777">
        <w:trPr>
          <w:trHeight w:val="360"/>
          <w:jc w:val="center"/>
        </w:trPr>
        <w:tc>
          <w:tcPr>
            <w:tcW w:w="10200" w:type="dxa"/>
            <w:shd w:val="clear" w:color="auto" w:fill="FFF8E1"/>
          </w:tcPr>
          <w:p w14:paraId="7B17ECB0" w14:textId="77777777" w:rsidR="00F17693" w:rsidRDefault="00000000" w:rsidP="003918AF">
            <w:pPr>
              <w:spacing w:before="60" w:after="60" w:line="360" w:lineRule="auto"/>
              <w:jc w:val="center"/>
              <w:rPr>
                <w:lang w:eastAsia="ko-KR"/>
              </w:rPr>
            </w:pPr>
            <w:r>
              <w:rPr>
                <w:b/>
                <w:color w:val="B46400"/>
                <w:lang w:eastAsia="ko-KR"/>
              </w:rPr>
              <w:t>→ 이제 위의 답변을 바탕으로 프롬프트로 바꿔보세요.</w:t>
            </w:r>
          </w:p>
        </w:tc>
      </w:tr>
      <w:tr w:rsidR="00F17693" w14:paraId="0C8E04A6" w14:textId="77777777">
        <w:trPr>
          <w:trHeight w:val="900"/>
          <w:jc w:val="center"/>
        </w:trPr>
        <w:tc>
          <w:tcPr>
            <w:tcW w:w="10200" w:type="dxa"/>
            <w:tcBorders>
              <w:left w:val="single" w:sz="12" w:space="0" w:color="0064B4"/>
            </w:tcBorders>
            <w:shd w:val="clear" w:color="auto" w:fill="F5F5F5"/>
          </w:tcPr>
          <w:p w14:paraId="30688812" w14:textId="77777777" w:rsidR="00F17693" w:rsidRDefault="00000000" w:rsidP="003918AF">
            <w:pPr>
              <w:spacing w:before="60" w:line="360" w:lineRule="auto"/>
            </w:pPr>
            <w:r>
              <w:rPr>
                <w:b/>
                <w:color w:val="003366"/>
                <w:sz w:val="19"/>
                <w:lang w:eastAsia="ko-KR"/>
              </w:rPr>
              <w:t xml:space="preserve">  </w:t>
            </w:r>
            <w:r>
              <w:rPr>
                <w:b/>
                <w:color w:val="003366"/>
                <w:sz w:val="19"/>
              </w:rPr>
              <w:t>나의 프롬프트:</w:t>
            </w:r>
          </w:p>
          <w:p w14:paraId="3538F880" w14:textId="77777777" w:rsidR="00F17693" w:rsidRDefault="00000000" w:rsidP="003918AF">
            <w:pPr>
              <w:spacing w:before="20" w:line="360" w:lineRule="auto"/>
            </w:pPr>
            <w:r>
              <w:rPr>
                <w:color w:val="C8C8C8"/>
                <w:sz w:val="16"/>
              </w:rPr>
              <w:t>__________________________________________________________________________________________</w:t>
            </w:r>
          </w:p>
          <w:p w14:paraId="65A217CC" w14:textId="77777777" w:rsidR="00F17693" w:rsidRDefault="00000000" w:rsidP="003918AF">
            <w:pPr>
              <w:spacing w:before="20" w:line="360" w:lineRule="auto"/>
            </w:pPr>
            <w:r>
              <w:rPr>
                <w:color w:val="C8C8C8"/>
                <w:sz w:val="16"/>
              </w:rPr>
              <w:t>__________________________________________________________________________________________</w:t>
            </w:r>
          </w:p>
          <w:p w14:paraId="1677CA06" w14:textId="77777777" w:rsidR="00F17693" w:rsidRDefault="00000000" w:rsidP="003918AF">
            <w:pPr>
              <w:spacing w:before="20" w:line="360" w:lineRule="auto"/>
            </w:pPr>
            <w:r>
              <w:rPr>
                <w:color w:val="C8C8C8"/>
                <w:sz w:val="16"/>
              </w:rPr>
              <w:t>__________________________________________________________________________________________</w:t>
            </w:r>
          </w:p>
        </w:tc>
      </w:tr>
    </w:tbl>
    <w:p w14:paraId="3F551E2F" w14:textId="77777777" w:rsidR="002433D2" w:rsidRDefault="002433D2" w:rsidP="003918AF">
      <w:pPr>
        <w:spacing w:line="360" w:lineRule="auto"/>
      </w:pPr>
    </w:p>
    <w:sectPr w:rsidR="002433D2" w:rsidSect="00034616">
      <w:pgSz w:w="12240" w:h="15840"/>
      <w:pgMar w:top="737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3279803">
    <w:abstractNumId w:val="8"/>
  </w:num>
  <w:num w:numId="2" w16cid:durableId="132675849">
    <w:abstractNumId w:val="6"/>
  </w:num>
  <w:num w:numId="3" w16cid:durableId="390230849">
    <w:abstractNumId w:val="5"/>
  </w:num>
  <w:num w:numId="4" w16cid:durableId="979653344">
    <w:abstractNumId w:val="4"/>
  </w:num>
  <w:num w:numId="5" w16cid:durableId="1387297809">
    <w:abstractNumId w:val="7"/>
  </w:num>
  <w:num w:numId="6" w16cid:durableId="1516572629">
    <w:abstractNumId w:val="3"/>
  </w:num>
  <w:num w:numId="7" w16cid:durableId="2038237498">
    <w:abstractNumId w:val="2"/>
  </w:num>
  <w:num w:numId="8" w16cid:durableId="706413015">
    <w:abstractNumId w:val="1"/>
  </w:num>
  <w:num w:numId="9" w16cid:durableId="1859469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3D2"/>
    <w:rsid w:val="0029639D"/>
    <w:rsid w:val="00326F90"/>
    <w:rsid w:val="003918AF"/>
    <w:rsid w:val="00A306F1"/>
    <w:rsid w:val="00AA1D8D"/>
    <w:rsid w:val="00B47730"/>
    <w:rsid w:val="00CB0664"/>
    <w:rsid w:val="00F176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BCAC4F"/>
  <w14:defaultImageDpi w14:val="300"/>
  <w15:docId w15:val="{EB1B9B50-C3F3-5B4C-AE38-2B2C9783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" w:line="264" w:lineRule="auto"/>
    </w:pPr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1253</Characters>
  <Application>Microsoft Office Word</Application>
  <DocSecurity>0</DocSecurity>
  <Lines>29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JP Lee</cp:lastModifiedBy>
  <cp:revision>2</cp:revision>
  <dcterms:created xsi:type="dcterms:W3CDTF">2013-12-23T23:15:00Z</dcterms:created>
  <dcterms:modified xsi:type="dcterms:W3CDTF">2026-03-09T07:21:00Z</dcterms:modified>
  <cp:category/>
</cp:coreProperties>
</file>