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3120F" w14:textId="77777777" w:rsidR="00186B7F" w:rsidRDefault="00000000">
      <w:pPr>
        <w:spacing w:before="0" w:after="80"/>
      </w:pPr>
      <w:r>
        <w:rPr>
          <w:b/>
          <w:color w:val="003366"/>
          <w:sz w:val="32"/>
        </w:rPr>
        <w:t>설교 기반 OSMU 프롬프트 기획 워크시트</w:t>
      </w:r>
    </w:p>
    <w:p w14:paraId="4FD8B7D1" w14:textId="77777777" w:rsidR="00186B7F" w:rsidRDefault="00000000">
      <w:pPr>
        <w:spacing w:before="0" w:after="60"/>
      </w:pPr>
      <w:r>
        <w:rPr>
          <w:b/>
          <w:color w:val="00508C"/>
          <w:sz w:val="20"/>
        </w:rPr>
        <w:t>▶ 실습 목표</w:t>
      </w:r>
    </w:p>
    <w:p w14:paraId="4810BC1F" w14:textId="77777777" w:rsidR="00186B7F" w:rsidRDefault="00000000">
      <w:pPr>
        <w:shd w:val="clear" w:color="auto" w:fill="F0F4F8"/>
        <w:spacing w:before="40" w:after="80"/>
        <w:ind w:left="170" w:right="170"/>
      </w:pPr>
      <w:r>
        <w:rPr>
          <w:color w:val="323250"/>
          <w:sz w:val="18"/>
        </w:rPr>
        <w:t>설교 원고라는 '원 소스(One Source)'를 효과적으로 변환하기 위해, AI에게 프롬프트를 입력하기 전 아래의 질문을 통해 목회적 의도를 먼저 정리합니다.</w:t>
      </w:r>
    </w:p>
    <w:p w14:paraId="450DBA04" w14:textId="77777777" w:rsidR="00186B7F" w:rsidRDefault="00000000">
      <w:pPr>
        <w:shd w:val="clear" w:color="auto" w:fill="E8F0FE"/>
        <w:spacing w:before="120" w:after="60"/>
      </w:pPr>
      <w:r>
        <w:rPr>
          <w:b/>
          <w:color w:val="003366"/>
          <w:sz w:val="21"/>
        </w:rPr>
        <w:t xml:space="preserve">  📋 단계 1: 콘텐츠의 목적과 대상 설정 (Context)</w:t>
      </w:r>
    </w:p>
    <w:p w14:paraId="3AA6139B" w14:textId="77777777" w:rsidR="00186B7F" w:rsidRDefault="00000000">
      <w:pPr>
        <w:spacing w:before="80" w:after="20"/>
        <w:ind w:left="170"/>
      </w:pPr>
      <w:r>
        <w:rPr>
          <w:b/>
          <w:color w:val="0064B4"/>
        </w:rPr>
        <w:t xml:space="preserve">Q1. </w:t>
      </w:r>
      <w:r>
        <w:rPr>
          <w:b/>
        </w:rPr>
        <w:t>[핵심 메시지] 이 설교 원고에서 가장 강조하고 싶은 '단 하나의 핵심 문장(Big Idea)'은 무엇입니까?</w:t>
      </w:r>
    </w:p>
    <w:p w14:paraId="104AE738" w14:textId="77777777" w:rsidR="00186B7F" w:rsidRDefault="00000000">
      <w:pPr>
        <w:shd w:val="clear" w:color="auto" w:fill="FFF8E1"/>
        <w:spacing w:after="20"/>
        <w:ind w:left="340"/>
      </w:pPr>
      <w:r>
        <w:rPr>
          <w:b/>
          <w:color w:val="C87800"/>
          <w:sz w:val="17"/>
        </w:rPr>
        <w:t xml:space="preserve">코칭  </w:t>
      </w:r>
      <w:r>
        <w:rPr>
          <w:color w:val="645000"/>
          <w:sz w:val="17"/>
        </w:rPr>
        <w:t>AI가 여러 내용 중 길을 잃지 않도록 가장 중요한 영적 원리를 정의해 주세요.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186B7F" w14:paraId="064EC4CC" w14:textId="77777777">
        <w:trPr>
          <w:trHeight w:val="480"/>
          <w:jc w:val="center"/>
        </w:trPr>
        <w:tc>
          <w:tcPr>
            <w:tcW w:w="10200" w:type="dxa"/>
            <w:shd w:val="clear" w:color="auto" w:fill="FAFAFA"/>
          </w:tcPr>
          <w:p w14:paraId="249514E1" w14:textId="77777777" w:rsidR="00186B7F" w:rsidRDefault="00000000">
            <w:pPr>
              <w:spacing w:before="40"/>
            </w:pPr>
            <w:r>
              <w:rPr>
                <w:color w:val="B4B4B4"/>
                <w:sz w:val="18"/>
              </w:rPr>
              <w:t xml:space="preserve">  ✍  </w:t>
            </w:r>
          </w:p>
        </w:tc>
      </w:tr>
    </w:tbl>
    <w:p w14:paraId="16E07D69" w14:textId="77777777" w:rsidR="00186B7F" w:rsidRDefault="00186B7F">
      <w:pPr>
        <w:spacing w:before="0" w:after="20"/>
      </w:pPr>
    </w:p>
    <w:p w14:paraId="3D37DA92" w14:textId="77777777" w:rsidR="00186B7F" w:rsidRDefault="00000000">
      <w:pPr>
        <w:spacing w:before="80" w:after="20"/>
        <w:ind w:left="170"/>
      </w:pPr>
      <w:r>
        <w:rPr>
          <w:b/>
          <w:color w:val="0064B4"/>
        </w:rPr>
        <w:t xml:space="preserve">Q2. </w:t>
      </w:r>
      <w:r>
        <w:rPr>
          <w:b/>
        </w:rPr>
        <w:t>[타겟 설정] 이 콘텐츠를 읽고 나눌 대상은 누구입니까?</w:t>
      </w:r>
    </w:p>
    <w:p w14:paraId="22C8DA13" w14:textId="77777777" w:rsidR="00186B7F" w:rsidRDefault="00000000">
      <w:pPr>
        <w:spacing w:after="20"/>
        <w:ind w:left="340"/>
      </w:pPr>
      <w:r>
        <w:rPr>
          <w:b/>
          <w:i/>
          <w:color w:val="646464"/>
          <w:sz w:val="17"/>
        </w:rPr>
        <w:t xml:space="preserve">예: </w:t>
      </w:r>
      <w:r>
        <w:rPr>
          <w:i/>
          <w:color w:val="646464"/>
          <w:sz w:val="17"/>
        </w:rPr>
        <w:t>새가족, 청년부, 장년 속회, 어린이</w:t>
      </w:r>
    </w:p>
    <w:p w14:paraId="0E62C5E0" w14:textId="77777777" w:rsidR="00186B7F" w:rsidRDefault="00000000">
      <w:pPr>
        <w:shd w:val="clear" w:color="auto" w:fill="FFF8E1"/>
        <w:spacing w:after="20"/>
        <w:ind w:left="340"/>
      </w:pPr>
      <w:r>
        <w:rPr>
          <w:b/>
          <w:color w:val="C87800"/>
          <w:sz w:val="17"/>
        </w:rPr>
        <w:t xml:space="preserve">코칭  </w:t>
      </w:r>
      <w:r>
        <w:rPr>
          <w:color w:val="645000"/>
          <w:sz w:val="17"/>
        </w:rPr>
        <w:t>대상에 따라 AI가 사용하는 어휘의 수준과 비유의 종류가 달라집니다.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186B7F" w14:paraId="0ACA011B" w14:textId="77777777">
        <w:trPr>
          <w:trHeight w:val="480"/>
          <w:jc w:val="center"/>
        </w:trPr>
        <w:tc>
          <w:tcPr>
            <w:tcW w:w="10200" w:type="dxa"/>
            <w:shd w:val="clear" w:color="auto" w:fill="FAFAFA"/>
          </w:tcPr>
          <w:p w14:paraId="7E4DD3F9" w14:textId="77777777" w:rsidR="00186B7F" w:rsidRDefault="00000000">
            <w:pPr>
              <w:spacing w:before="40"/>
            </w:pPr>
            <w:r>
              <w:rPr>
                <w:color w:val="B4B4B4"/>
                <w:sz w:val="18"/>
              </w:rPr>
              <w:t xml:space="preserve">  ✍  </w:t>
            </w:r>
          </w:p>
        </w:tc>
      </w:tr>
    </w:tbl>
    <w:p w14:paraId="02990FDA" w14:textId="77777777" w:rsidR="00186B7F" w:rsidRDefault="00186B7F">
      <w:pPr>
        <w:spacing w:before="0" w:after="20"/>
      </w:pPr>
    </w:p>
    <w:p w14:paraId="4501C3A9" w14:textId="77777777" w:rsidR="00186B7F" w:rsidRDefault="00000000">
      <w:pPr>
        <w:shd w:val="clear" w:color="auto" w:fill="E8F0FE"/>
        <w:spacing w:before="120" w:after="60"/>
      </w:pPr>
      <w:r>
        <w:rPr>
          <w:b/>
          <w:color w:val="003366"/>
          <w:sz w:val="21"/>
        </w:rPr>
        <w:t xml:space="preserve">  📋 단계 2: 출력 형태와 구조 설계 (Structure)</w:t>
      </w:r>
    </w:p>
    <w:p w14:paraId="6FBBFD57" w14:textId="77777777" w:rsidR="00186B7F" w:rsidRDefault="00000000">
      <w:pPr>
        <w:spacing w:before="80" w:after="20"/>
        <w:ind w:left="170"/>
      </w:pPr>
      <w:r>
        <w:rPr>
          <w:b/>
          <w:color w:val="0064B4"/>
        </w:rPr>
        <w:t xml:space="preserve">Q3. </w:t>
      </w:r>
      <w:r>
        <w:rPr>
          <w:b/>
        </w:rPr>
        <w:t>[산출물 선택] 어떤 형태의 결과물을 만들고 싶으십니까? (하나만 선택하거나 순차적으로 계획)</w:t>
      </w:r>
    </w:p>
    <w:p w14:paraId="19F2E65F" w14:textId="77777777" w:rsidR="00186B7F" w:rsidRDefault="00000000">
      <w:pPr>
        <w:spacing w:after="20"/>
        <w:ind w:left="567"/>
      </w:pPr>
      <w:r>
        <w:rPr>
          <w:color w:val="0064B4"/>
        </w:rPr>
        <w:t xml:space="preserve">☐ </w:t>
      </w:r>
      <w:r>
        <w:rPr>
          <w:sz w:val="18"/>
        </w:rPr>
        <w:t>속회공과: 아이스브레이크 → 본문 요약 → 나눔 질문 → 기도문</w:t>
      </w:r>
    </w:p>
    <w:p w14:paraId="167C966B" w14:textId="77777777" w:rsidR="00186B7F" w:rsidRDefault="00000000">
      <w:pPr>
        <w:spacing w:after="20"/>
        <w:ind w:left="567"/>
      </w:pPr>
      <w:r>
        <w:rPr>
          <w:color w:val="0064B4"/>
        </w:rPr>
        <w:t xml:space="preserve">☐ </w:t>
      </w:r>
      <w:r>
        <w:rPr>
          <w:sz w:val="18"/>
        </w:rPr>
        <w:t>성경공부: 본문 배경 해설 → 원어 분석 → 관찰/해석/적용 질문</w:t>
      </w:r>
    </w:p>
    <w:p w14:paraId="44A33A6C" w14:textId="77777777" w:rsidR="00186B7F" w:rsidRDefault="00000000">
      <w:pPr>
        <w:spacing w:after="20"/>
        <w:ind w:left="567"/>
      </w:pPr>
      <w:r>
        <w:rPr>
          <w:color w:val="0064B4"/>
        </w:rPr>
        <w:t xml:space="preserve">☐ </w:t>
      </w:r>
      <w:r>
        <w:rPr>
          <w:sz w:val="18"/>
        </w:rPr>
        <w:t>QT카드: 짧은 묵상 에세이 → 핵심 구절 → 오늘의 실천 → 한 줄 기도</w:t>
      </w:r>
    </w:p>
    <w:p w14:paraId="450519E0" w14:textId="77777777" w:rsidR="00186B7F" w:rsidRDefault="00000000">
      <w:pPr>
        <w:spacing w:after="20"/>
        <w:ind w:left="567"/>
      </w:pPr>
      <w:r>
        <w:rPr>
          <w:color w:val="0064B4"/>
        </w:rPr>
        <w:t xml:space="preserve">☐ </w:t>
      </w:r>
      <w:r>
        <w:rPr>
          <w:sz w:val="18"/>
        </w:rPr>
        <w:t>기타: (SNS용 카드뉴스 문구, 주보용 요약문 등)</w:t>
      </w:r>
    </w:p>
    <w:p w14:paraId="6FBE7BA4" w14:textId="77777777" w:rsidR="00186B7F" w:rsidRDefault="00000000">
      <w:pPr>
        <w:spacing w:before="80" w:after="20"/>
        <w:ind w:left="170"/>
      </w:pPr>
      <w:r>
        <w:rPr>
          <w:b/>
          <w:color w:val="0064B4"/>
        </w:rPr>
        <w:t xml:space="preserve">Q4. </w:t>
      </w:r>
      <w:r>
        <w:rPr>
          <w:b/>
        </w:rPr>
        <w:t>[구체적 구성] 결과물에 반드시 포함되어야 할 '필수 요소'는 무엇입니까?</w:t>
      </w:r>
    </w:p>
    <w:p w14:paraId="799A378A" w14:textId="77777777" w:rsidR="00186B7F" w:rsidRDefault="00000000">
      <w:pPr>
        <w:spacing w:after="20"/>
        <w:ind w:left="340"/>
      </w:pPr>
      <w:r>
        <w:rPr>
          <w:b/>
          <w:i/>
          <w:color w:val="646464"/>
          <w:sz w:val="17"/>
        </w:rPr>
        <w:t xml:space="preserve">예: </w:t>
      </w:r>
      <w:r>
        <w:rPr>
          <w:i/>
          <w:color w:val="646464"/>
          <w:sz w:val="17"/>
        </w:rPr>
        <w:t>"삶의 적용 질문은 반드시 3개 이상이어야 함", "성경 본문은 개역개정판을 사용할 것"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186B7F" w14:paraId="51397840" w14:textId="77777777">
        <w:trPr>
          <w:trHeight w:val="480"/>
          <w:jc w:val="center"/>
        </w:trPr>
        <w:tc>
          <w:tcPr>
            <w:tcW w:w="10200" w:type="dxa"/>
            <w:shd w:val="clear" w:color="auto" w:fill="FAFAFA"/>
          </w:tcPr>
          <w:p w14:paraId="2C5197CE" w14:textId="77777777" w:rsidR="00186B7F" w:rsidRDefault="00000000">
            <w:pPr>
              <w:spacing w:before="40"/>
            </w:pPr>
            <w:r>
              <w:rPr>
                <w:color w:val="B4B4B4"/>
                <w:sz w:val="18"/>
              </w:rPr>
              <w:t xml:space="preserve">  ✍  </w:t>
            </w:r>
          </w:p>
        </w:tc>
      </w:tr>
    </w:tbl>
    <w:p w14:paraId="24C714DB" w14:textId="77777777" w:rsidR="00186B7F" w:rsidRDefault="00186B7F">
      <w:pPr>
        <w:spacing w:before="0" w:after="20"/>
      </w:pPr>
    </w:p>
    <w:p w14:paraId="0477D4BA" w14:textId="77777777" w:rsidR="00186B7F" w:rsidRDefault="00000000">
      <w:r>
        <w:br w:type="page"/>
      </w:r>
    </w:p>
    <w:p w14:paraId="04289BC5" w14:textId="77777777" w:rsidR="00186B7F" w:rsidRDefault="00000000">
      <w:pPr>
        <w:shd w:val="clear" w:color="auto" w:fill="E8F0FE"/>
        <w:spacing w:before="120" w:after="60"/>
      </w:pPr>
      <w:r>
        <w:rPr>
          <w:b/>
          <w:color w:val="003366"/>
          <w:sz w:val="21"/>
        </w:rPr>
        <w:lastRenderedPageBreak/>
        <w:t xml:space="preserve">  📋 단계 3: 톤앤매너와 신학적 가이드 (Style &amp; Constraint)</w:t>
      </w:r>
    </w:p>
    <w:p w14:paraId="24EC90E3" w14:textId="77777777" w:rsidR="00186B7F" w:rsidRDefault="00000000">
      <w:pPr>
        <w:spacing w:before="80" w:after="20"/>
        <w:ind w:left="170"/>
      </w:pPr>
      <w:r>
        <w:rPr>
          <w:b/>
          <w:color w:val="0064B4"/>
        </w:rPr>
        <w:t xml:space="preserve">Q5. </w:t>
      </w:r>
      <w:r>
        <w:rPr>
          <w:b/>
        </w:rPr>
        <w:t>[페르소나] AI가 어떤 태도나 말투로 말하기를 원하십니까?</w:t>
      </w:r>
    </w:p>
    <w:p w14:paraId="227F1069" w14:textId="77777777" w:rsidR="00186B7F" w:rsidRDefault="00000000">
      <w:pPr>
        <w:spacing w:after="20"/>
        <w:ind w:left="340"/>
      </w:pPr>
      <w:r>
        <w:rPr>
          <w:b/>
          <w:i/>
          <w:color w:val="646464"/>
          <w:sz w:val="17"/>
        </w:rPr>
        <w:t xml:space="preserve">예: </w:t>
      </w:r>
      <w:r>
        <w:rPr>
          <w:i/>
          <w:color w:val="646464"/>
          <w:sz w:val="17"/>
        </w:rPr>
        <w:t>"인자하고 따뜻한 목자 같은 말투", "논리적이고 분석적인 성경 교사의 말투", "청년들에게 도전적인 말투"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186B7F" w14:paraId="035273BF" w14:textId="77777777">
        <w:trPr>
          <w:trHeight w:val="480"/>
          <w:jc w:val="center"/>
        </w:trPr>
        <w:tc>
          <w:tcPr>
            <w:tcW w:w="10200" w:type="dxa"/>
            <w:shd w:val="clear" w:color="auto" w:fill="FAFAFA"/>
          </w:tcPr>
          <w:p w14:paraId="7FA54B9B" w14:textId="77777777" w:rsidR="00186B7F" w:rsidRDefault="00000000">
            <w:pPr>
              <w:spacing w:before="40"/>
            </w:pPr>
            <w:r>
              <w:rPr>
                <w:color w:val="B4B4B4"/>
                <w:sz w:val="18"/>
              </w:rPr>
              <w:t xml:space="preserve">  ✍  </w:t>
            </w:r>
          </w:p>
        </w:tc>
      </w:tr>
    </w:tbl>
    <w:p w14:paraId="0D2F1239" w14:textId="77777777" w:rsidR="00186B7F" w:rsidRDefault="00186B7F">
      <w:pPr>
        <w:spacing w:before="0" w:after="20"/>
      </w:pPr>
    </w:p>
    <w:p w14:paraId="61DAD226" w14:textId="77777777" w:rsidR="00186B7F" w:rsidRDefault="00000000">
      <w:pPr>
        <w:spacing w:before="80" w:after="20"/>
        <w:ind w:left="170"/>
      </w:pPr>
      <w:r>
        <w:rPr>
          <w:b/>
          <w:color w:val="0064B4"/>
        </w:rPr>
        <w:t xml:space="preserve">Q6. </w:t>
      </w:r>
      <w:r>
        <w:rPr>
          <w:b/>
        </w:rPr>
        <w:t>[신학적 가드레일] 답변 작성 시 AI가 특별히 주의해야 하거나 피해야 할 관점이 있습니까?</w:t>
      </w:r>
    </w:p>
    <w:p w14:paraId="22BCEA8B" w14:textId="77777777" w:rsidR="00186B7F" w:rsidRDefault="00000000">
      <w:pPr>
        <w:spacing w:after="20"/>
        <w:ind w:left="340"/>
      </w:pPr>
      <w:r>
        <w:rPr>
          <w:b/>
          <w:i/>
          <w:color w:val="646464"/>
          <w:sz w:val="17"/>
        </w:rPr>
        <w:t xml:space="preserve">예: </w:t>
      </w:r>
      <w:r>
        <w:rPr>
          <w:i/>
          <w:color w:val="646464"/>
          <w:sz w:val="17"/>
        </w:rPr>
        <w:t>"기복주의적 해석 경계", "우리 교단(감리교/장로교 등)의 신학적 입장을 반영", "지나치게 추상적인 표현 지양"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186B7F" w14:paraId="45E1A2BB" w14:textId="77777777">
        <w:trPr>
          <w:trHeight w:val="480"/>
          <w:jc w:val="center"/>
        </w:trPr>
        <w:tc>
          <w:tcPr>
            <w:tcW w:w="10200" w:type="dxa"/>
            <w:shd w:val="clear" w:color="auto" w:fill="FAFAFA"/>
          </w:tcPr>
          <w:p w14:paraId="447E8C85" w14:textId="77777777" w:rsidR="00186B7F" w:rsidRDefault="00000000">
            <w:pPr>
              <w:spacing w:before="40"/>
            </w:pPr>
            <w:r>
              <w:rPr>
                <w:color w:val="B4B4B4"/>
                <w:sz w:val="18"/>
              </w:rPr>
              <w:t xml:space="preserve">  ✍  </w:t>
            </w:r>
          </w:p>
        </w:tc>
      </w:tr>
    </w:tbl>
    <w:p w14:paraId="7C2CC6A8" w14:textId="77777777" w:rsidR="00186B7F" w:rsidRDefault="00186B7F">
      <w:pPr>
        <w:spacing w:before="0" w:after="20"/>
      </w:pPr>
    </w:p>
    <w:p w14:paraId="5CCE1C5B" w14:textId="77777777" w:rsidR="00186B7F" w:rsidRDefault="00000000">
      <w:pPr>
        <w:shd w:val="clear" w:color="auto" w:fill="E8F0FE"/>
        <w:spacing w:before="120" w:after="60"/>
      </w:pPr>
      <w:r>
        <w:rPr>
          <w:b/>
          <w:color w:val="003366"/>
          <w:sz w:val="21"/>
        </w:rPr>
        <w:t xml:space="preserve">  📋 단계 4: 상호작용과 적용 (Engagement)</w:t>
      </w:r>
    </w:p>
    <w:p w14:paraId="6A22BC87" w14:textId="77777777" w:rsidR="00186B7F" w:rsidRDefault="00000000">
      <w:pPr>
        <w:spacing w:before="80" w:after="20"/>
        <w:ind w:left="170"/>
      </w:pPr>
      <w:r>
        <w:rPr>
          <w:b/>
          <w:color w:val="0064B4"/>
        </w:rPr>
        <w:t xml:space="preserve">Q7. </w:t>
      </w:r>
      <w:r>
        <w:rPr>
          <w:b/>
        </w:rPr>
        <w:t>[최종 변화] 성도들이 이 콘텐츠를 마친 후, 어떤 구체적인 행동이나 마음의 변화를 일으키길 기대하십니까?</w:t>
      </w:r>
    </w:p>
    <w:p w14:paraId="51A76F58" w14:textId="77777777" w:rsidR="00186B7F" w:rsidRDefault="00000000">
      <w:pPr>
        <w:shd w:val="clear" w:color="auto" w:fill="FFF8E1"/>
        <w:spacing w:after="20"/>
        <w:ind w:left="340"/>
      </w:pPr>
      <w:r>
        <w:rPr>
          <w:b/>
          <w:color w:val="C87800"/>
          <w:sz w:val="17"/>
        </w:rPr>
        <w:t xml:space="preserve">코칭  </w:t>
      </w:r>
      <w:r>
        <w:rPr>
          <w:color w:val="645000"/>
          <w:sz w:val="17"/>
        </w:rPr>
        <w:t>AI에게 결과물의 '결론' 부분을 어떻게 맺어야 할지 가이드를 줍니다.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186B7F" w14:paraId="5A7A4D37" w14:textId="77777777">
        <w:trPr>
          <w:trHeight w:val="480"/>
          <w:jc w:val="center"/>
        </w:trPr>
        <w:tc>
          <w:tcPr>
            <w:tcW w:w="10200" w:type="dxa"/>
            <w:shd w:val="clear" w:color="auto" w:fill="FAFAFA"/>
          </w:tcPr>
          <w:p w14:paraId="1F6756D1" w14:textId="77777777" w:rsidR="00186B7F" w:rsidRDefault="00000000">
            <w:pPr>
              <w:spacing w:before="40"/>
            </w:pPr>
            <w:r>
              <w:rPr>
                <w:color w:val="B4B4B4"/>
                <w:sz w:val="18"/>
              </w:rPr>
              <w:t xml:space="preserve">  ✍  </w:t>
            </w:r>
          </w:p>
        </w:tc>
      </w:tr>
    </w:tbl>
    <w:p w14:paraId="20F12726" w14:textId="77777777" w:rsidR="00186B7F" w:rsidRDefault="00186B7F">
      <w:pPr>
        <w:spacing w:before="0" w:after="20"/>
      </w:pPr>
    </w:p>
    <w:p w14:paraId="5E77B36C" w14:textId="77777777" w:rsidR="00186B7F" w:rsidRDefault="00186B7F">
      <w:pPr>
        <w:pBdr>
          <w:bottom w:val="single" w:sz="4" w:space="1" w:color="CCCCCC"/>
        </w:pBdr>
        <w:spacing w:before="0" w:after="0"/>
      </w:pPr>
    </w:p>
    <w:p w14:paraId="312B0F2D" w14:textId="77777777" w:rsidR="00186B7F" w:rsidRDefault="00000000">
      <w:pPr>
        <w:spacing w:before="120" w:after="60"/>
      </w:pPr>
      <w:r>
        <w:rPr>
          <w:b/>
          <w:color w:val="00508C"/>
          <w:sz w:val="20"/>
        </w:rPr>
        <w:t>💡 워크시트를 바탕으로 프롬프트 조립하기</w:t>
      </w:r>
    </w:p>
    <w:p w14:paraId="5BF1FC20" w14:textId="77777777" w:rsidR="00186B7F" w:rsidRDefault="00000000">
      <w:pPr>
        <w:spacing w:after="60"/>
      </w:pPr>
      <w:r>
        <w:rPr>
          <w:color w:val="505050"/>
          <w:sz w:val="18"/>
        </w:rPr>
        <w:t>위의 답변을 조합하면 강력한 프롬프트가 완성됩니다.</w:t>
      </w:r>
    </w:p>
    <w:p w14:paraId="6D623C1A" w14:textId="77777777" w:rsidR="00186B7F" w:rsidRDefault="00000000">
      <w:pPr>
        <w:pBdr>
          <w:left w:val="single" w:sz="4" w:space="4" w:color="AAAAAA"/>
        </w:pBdr>
        <w:shd w:val="clear" w:color="auto" w:fill="F5F5F5"/>
        <w:spacing w:before="60" w:after="60"/>
        <w:ind w:left="283" w:right="283"/>
      </w:pPr>
      <w:r>
        <w:rPr>
          <w:rFonts w:ascii="Consolas" w:hAnsi="Consolas"/>
          <w:color w:val="3C3C3C"/>
          <w:sz w:val="17"/>
        </w:rPr>
        <w:t>"</w:t>
      </w:r>
      <w:r>
        <w:rPr>
          <w:rFonts w:ascii="Consolas" w:hAnsi="Consolas"/>
          <w:color w:val="3C3C3C"/>
          <w:sz w:val="17"/>
        </w:rPr>
        <w:t>당신은</w:t>
      </w:r>
      <w:r>
        <w:rPr>
          <w:rFonts w:ascii="Consolas" w:hAnsi="Consolas"/>
          <w:color w:val="3C3C3C"/>
          <w:sz w:val="17"/>
        </w:rPr>
        <w:t xml:space="preserve"> [Q5: </w:t>
      </w:r>
      <w:r>
        <w:rPr>
          <w:rFonts w:ascii="Consolas" w:hAnsi="Consolas"/>
          <w:color w:val="3C3C3C"/>
          <w:sz w:val="17"/>
        </w:rPr>
        <w:t>페르소나</w:t>
      </w:r>
      <w:r>
        <w:rPr>
          <w:rFonts w:ascii="Consolas" w:hAnsi="Consolas"/>
          <w:color w:val="3C3C3C"/>
          <w:sz w:val="17"/>
        </w:rPr>
        <w:t>]</w:t>
      </w:r>
      <w:r>
        <w:rPr>
          <w:rFonts w:ascii="Consolas" w:hAnsi="Consolas"/>
          <w:color w:val="3C3C3C"/>
          <w:sz w:val="17"/>
        </w:rPr>
        <w:t>입니다</w:t>
      </w:r>
      <w:r>
        <w:rPr>
          <w:rFonts w:ascii="Consolas" w:hAnsi="Consolas"/>
          <w:color w:val="3C3C3C"/>
          <w:sz w:val="17"/>
        </w:rPr>
        <w:t>.</w:t>
      </w:r>
      <w:r>
        <w:rPr>
          <w:rFonts w:ascii="Consolas" w:hAnsi="Consolas"/>
          <w:color w:val="3C3C3C"/>
          <w:sz w:val="17"/>
        </w:rPr>
        <w:br/>
      </w:r>
      <w:r>
        <w:rPr>
          <w:rFonts w:ascii="Consolas" w:hAnsi="Consolas"/>
          <w:color w:val="3C3C3C"/>
          <w:sz w:val="17"/>
        </w:rPr>
        <w:t>첨부한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설교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원고를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바탕으로</w:t>
      </w:r>
      <w:r>
        <w:rPr>
          <w:rFonts w:ascii="Consolas" w:hAnsi="Consolas"/>
          <w:color w:val="3C3C3C"/>
          <w:sz w:val="17"/>
        </w:rPr>
        <w:t xml:space="preserve"> [Q2: </w:t>
      </w:r>
      <w:r>
        <w:rPr>
          <w:rFonts w:ascii="Consolas" w:hAnsi="Consolas"/>
          <w:color w:val="3C3C3C"/>
          <w:sz w:val="17"/>
        </w:rPr>
        <w:t>타겟</w:t>
      </w:r>
      <w:r>
        <w:rPr>
          <w:rFonts w:ascii="Consolas" w:hAnsi="Consolas"/>
          <w:color w:val="3C3C3C"/>
          <w:sz w:val="17"/>
        </w:rPr>
        <w:t>]</w:t>
      </w:r>
      <w:r>
        <w:rPr>
          <w:rFonts w:ascii="Consolas" w:hAnsi="Consolas"/>
          <w:color w:val="3C3C3C"/>
          <w:sz w:val="17"/>
        </w:rPr>
        <w:t>을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위한</w:t>
      </w:r>
      <w:r>
        <w:rPr>
          <w:rFonts w:ascii="Consolas" w:hAnsi="Consolas"/>
          <w:color w:val="3C3C3C"/>
          <w:sz w:val="17"/>
        </w:rPr>
        <w:t xml:space="preserve"> [Q3: </w:t>
      </w:r>
      <w:r>
        <w:rPr>
          <w:rFonts w:ascii="Consolas" w:hAnsi="Consolas"/>
          <w:color w:val="3C3C3C"/>
          <w:sz w:val="17"/>
        </w:rPr>
        <w:t>산출물</w:t>
      </w:r>
      <w:r>
        <w:rPr>
          <w:rFonts w:ascii="Consolas" w:hAnsi="Consolas"/>
          <w:color w:val="3C3C3C"/>
          <w:sz w:val="17"/>
        </w:rPr>
        <w:t>]</w:t>
      </w:r>
      <w:r>
        <w:rPr>
          <w:rFonts w:ascii="Consolas" w:hAnsi="Consolas"/>
          <w:color w:val="3C3C3C"/>
          <w:sz w:val="17"/>
        </w:rPr>
        <w:t>을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작성해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주세요</w:t>
      </w:r>
      <w:r>
        <w:rPr>
          <w:rFonts w:ascii="Consolas" w:hAnsi="Consolas"/>
          <w:color w:val="3C3C3C"/>
          <w:sz w:val="17"/>
        </w:rPr>
        <w:t>.</w:t>
      </w:r>
      <w:r>
        <w:rPr>
          <w:rFonts w:ascii="Consolas" w:hAnsi="Consolas"/>
          <w:color w:val="3C3C3C"/>
          <w:sz w:val="17"/>
        </w:rPr>
        <w:br/>
      </w:r>
      <w:r>
        <w:rPr>
          <w:rFonts w:ascii="Consolas" w:hAnsi="Consolas"/>
          <w:color w:val="3C3C3C"/>
          <w:sz w:val="17"/>
        </w:rPr>
        <w:t>이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콘텐츠의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핵심은</w:t>
      </w:r>
      <w:r>
        <w:rPr>
          <w:rFonts w:ascii="Consolas" w:hAnsi="Consolas"/>
          <w:color w:val="3C3C3C"/>
          <w:sz w:val="17"/>
        </w:rPr>
        <w:t xml:space="preserve"> [Q1: </w:t>
      </w:r>
      <w:r>
        <w:rPr>
          <w:rFonts w:ascii="Consolas" w:hAnsi="Consolas"/>
          <w:color w:val="3C3C3C"/>
          <w:sz w:val="17"/>
        </w:rPr>
        <w:t>핵심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메시지</w:t>
      </w:r>
      <w:r>
        <w:rPr>
          <w:rFonts w:ascii="Consolas" w:hAnsi="Consolas"/>
          <w:color w:val="3C3C3C"/>
          <w:sz w:val="17"/>
        </w:rPr>
        <w:t>]</w:t>
      </w:r>
      <w:r>
        <w:rPr>
          <w:rFonts w:ascii="Consolas" w:hAnsi="Consolas"/>
          <w:color w:val="3C3C3C"/>
          <w:sz w:val="17"/>
        </w:rPr>
        <w:t>이며</w:t>
      </w:r>
      <w:r>
        <w:rPr>
          <w:rFonts w:ascii="Consolas" w:hAnsi="Consolas"/>
          <w:color w:val="3C3C3C"/>
          <w:sz w:val="17"/>
        </w:rPr>
        <w:t>,</w:t>
      </w:r>
      <w:r>
        <w:rPr>
          <w:rFonts w:ascii="Consolas" w:hAnsi="Consolas"/>
          <w:color w:val="3C3C3C"/>
          <w:sz w:val="17"/>
        </w:rPr>
        <w:br/>
      </w:r>
      <w:r>
        <w:rPr>
          <w:rFonts w:ascii="Consolas" w:hAnsi="Consolas"/>
          <w:color w:val="3C3C3C"/>
          <w:sz w:val="17"/>
        </w:rPr>
        <w:t>반드시</w:t>
      </w:r>
      <w:r>
        <w:rPr>
          <w:rFonts w:ascii="Consolas" w:hAnsi="Consolas"/>
          <w:color w:val="3C3C3C"/>
          <w:sz w:val="17"/>
        </w:rPr>
        <w:t xml:space="preserve"> [Q4: </w:t>
      </w:r>
      <w:r>
        <w:rPr>
          <w:rFonts w:ascii="Consolas" w:hAnsi="Consolas"/>
          <w:color w:val="3C3C3C"/>
          <w:sz w:val="17"/>
        </w:rPr>
        <w:t>필수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요소</w:t>
      </w:r>
      <w:r>
        <w:rPr>
          <w:rFonts w:ascii="Consolas" w:hAnsi="Consolas"/>
          <w:color w:val="3C3C3C"/>
          <w:sz w:val="17"/>
        </w:rPr>
        <w:t>]</w:t>
      </w:r>
      <w:r>
        <w:rPr>
          <w:rFonts w:ascii="Consolas" w:hAnsi="Consolas"/>
          <w:color w:val="3C3C3C"/>
          <w:sz w:val="17"/>
        </w:rPr>
        <w:t>를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포함해야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합니다</w:t>
      </w:r>
      <w:r>
        <w:rPr>
          <w:rFonts w:ascii="Consolas" w:hAnsi="Consolas"/>
          <w:color w:val="3C3C3C"/>
          <w:sz w:val="17"/>
        </w:rPr>
        <w:t>.</w:t>
      </w:r>
      <w:r>
        <w:rPr>
          <w:rFonts w:ascii="Consolas" w:hAnsi="Consolas"/>
          <w:color w:val="3C3C3C"/>
          <w:sz w:val="17"/>
        </w:rPr>
        <w:br/>
        <w:t xml:space="preserve">[Q6: </w:t>
      </w:r>
      <w:r>
        <w:rPr>
          <w:rFonts w:ascii="Consolas" w:hAnsi="Consolas"/>
          <w:color w:val="3C3C3C"/>
          <w:sz w:val="17"/>
        </w:rPr>
        <w:t>신학적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가이드</w:t>
      </w:r>
      <w:r>
        <w:rPr>
          <w:rFonts w:ascii="Consolas" w:hAnsi="Consolas"/>
          <w:color w:val="3C3C3C"/>
          <w:sz w:val="17"/>
        </w:rPr>
        <w:t>]</w:t>
      </w:r>
      <w:r>
        <w:rPr>
          <w:rFonts w:ascii="Consolas" w:hAnsi="Consolas"/>
          <w:color w:val="3C3C3C"/>
          <w:sz w:val="17"/>
        </w:rPr>
        <w:t>를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준수하며</w:t>
      </w:r>
      <w:r>
        <w:rPr>
          <w:rFonts w:ascii="Consolas" w:hAnsi="Consolas"/>
          <w:color w:val="3C3C3C"/>
          <w:sz w:val="17"/>
        </w:rPr>
        <w:t>,</w:t>
      </w:r>
      <w:r>
        <w:rPr>
          <w:rFonts w:ascii="Consolas" w:hAnsi="Consolas"/>
          <w:color w:val="3C3C3C"/>
          <w:sz w:val="17"/>
        </w:rPr>
        <w:br/>
      </w:r>
      <w:r>
        <w:rPr>
          <w:rFonts w:ascii="Consolas" w:hAnsi="Consolas"/>
          <w:color w:val="3C3C3C"/>
          <w:sz w:val="17"/>
        </w:rPr>
        <w:t>마지막에는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성도들이</w:t>
      </w:r>
      <w:r>
        <w:rPr>
          <w:rFonts w:ascii="Consolas" w:hAnsi="Consolas"/>
          <w:color w:val="3C3C3C"/>
          <w:sz w:val="17"/>
        </w:rPr>
        <w:t xml:space="preserve"> [Q7: </w:t>
      </w:r>
      <w:r>
        <w:rPr>
          <w:rFonts w:ascii="Consolas" w:hAnsi="Consolas"/>
          <w:color w:val="3C3C3C"/>
          <w:sz w:val="17"/>
        </w:rPr>
        <w:t>최종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변화</w:t>
      </w:r>
      <w:r>
        <w:rPr>
          <w:rFonts w:ascii="Consolas" w:hAnsi="Consolas"/>
          <w:color w:val="3C3C3C"/>
          <w:sz w:val="17"/>
        </w:rPr>
        <w:t>]</w:t>
      </w:r>
      <w:r>
        <w:rPr>
          <w:rFonts w:ascii="Consolas" w:hAnsi="Consolas"/>
          <w:color w:val="3C3C3C"/>
          <w:sz w:val="17"/>
        </w:rPr>
        <w:t>를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경험하도록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마무리해</w:t>
      </w:r>
      <w:r>
        <w:rPr>
          <w:rFonts w:ascii="Consolas" w:hAnsi="Consolas"/>
          <w:color w:val="3C3C3C"/>
          <w:sz w:val="17"/>
        </w:rPr>
        <w:t xml:space="preserve"> </w:t>
      </w:r>
      <w:r>
        <w:rPr>
          <w:rFonts w:ascii="Consolas" w:hAnsi="Consolas"/>
          <w:color w:val="3C3C3C"/>
          <w:sz w:val="17"/>
        </w:rPr>
        <w:t>주세요</w:t>
      </w:r>
      <w:r>
        <w:rPr>
          <w:rFonts w:ascii="Consolas" w:hAnsi="Consolas"/>
          <w:color w:val="3C3C3C"/>
          <w:sz w:val="17"/>
        </w:rPr>
        <w:t>."</w:t>
      </w:r>
    </w:p>
    <w:p w14:paraId="6CA8A189" w14:textId="77777777" w:rsidR="00186B7F" w:rsidRDefault="00000000">
      <w:pPr>
        <w:shd w:val="clear" w:color="auto" w:fill="FFF8E1"/>
        <w:spacing w:before="60"/>
        <w:ind w:left="170"/>
      </w:pPr>
      <w:r>
        <w:rPr>
          <w:b/>
          <w:color w:val="C87800"/>
          <w:sz w:val="18"/>
        </w:rPr>
        <w:t xml:space="preserve">TIP  </w:t>
      </w:r>
      <w:r>
        <w:rPr>
          <w:color w:val="645000"/>
          <w:sz w:val="18"/>
        </w:rPr>
        <w:t>Q1~Q7 응답을 그대로 [ ] 안에 채워 넣으세요. 구체적일수록 AI의 결과물 품질이 높아집니다.</w:t>
      </w:r>
    </w:p>
    <w:p w14:paraId="1C49FAC9" w14:textId="77777777" w:rsidR="00186B7F" w:rsidRDefault="00000000">
      <w:pPr>
        <w:shd w:val="clear" w:color="auto" w:fill="F0F4F8"/>
        <w:spacing w:before="120" w:after="60"/>
        <w:jc w:val="center"/>
      </w:pPr>
      <w:r>
        <w:rPr>
          <w:b/>
          <w:color w:val="003366"/>
          <w:sz w:val="18"/>
        </w:rPr>
        <w:t xml:space="preserve">워크시트 작성 흐름:  </w:t>
      </w:r>
      <w:r>
        <w:rPr>
          <w:color w:val="00508C"/>
          <w:sz w:val="17"/>
        </w:rPr>
        <w:t>목적·대상(Q1-Q2)  →  출력 형태(Q3-Q4)  →  톤앤매너(Q5-Q6)  →  기대 변화(Q7)  →  프롬프트 조립</w:t>
      </w:r>
    </w:p>
    <w:sectPr w:rsidR="00186B7F" w:rsidSect="00034616">
      <w:pgSz w:w="12240" w:h="15840"/>
      <w:pgMar w:top="850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6097944">
    <w:abstractNumId w:val="8"/>
  </w:num>
  <w:num w:numId="2" w16cid:durableId="1010522987">
    <w:abstractNumId w:val="6"/>
  </w:num>
  <w:num w:numId="3" w16cid:durableId="1211384782">
    <w:abstractNumId w:val="5"/>
  </w:num>
  <w:num w:numId="4" w16cid:durableId="1844739426">
    <w:abstractNumId w:val="4"/>
  </w:num>
  <w:num w:numId="5" w16cid:durableId="1933392465">
    <w:abstractNumId w:val="7"/>
  </w:num>
  <w:num w:numId="6" w16cid:durableId="1495221395">
    <w:abstractNumId w:val="3"/>
  </w:num>
  <w:num w:numId="7" w16cid:durableId="490289581">
    <w:abstractNumId w:val="2"/>
  </w:num>
  <w:num w:numId="8" w16cid:durableId="426852727">
    <w:abstractNumId w:val="1"/>
  </w:num>
  <w:num w:numId="9" w16cid:durableId="520049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6B7F"/>
    <w:rsid w:val="0029639D"/>
    <w:rsid w:val="00326F90"/>
    <w:rsid w:val="00A306F1"/>
    <w:rsid w:val="00AA1D8D"/>
    <w:rsid w:val="00B47730"/>
    <w:rsid w:val="00CB0664"/>
    <w:rsid w:val="00D367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3C7300"/>
  <w14:defaultImageDpi w14:val="300"/>
  <w15:docId w15:val="{EB1B9B50-C3F3-5B4C-AE38-2B2C9783E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before="20" w:after="40"/>
    </w:pPr>
    <w:rPr>
      <w:rFonts w:ascii="맑은 고딕" w:eastAsia="맑은 고딕" w:hAnsi="맑은 고딕"/>
      <w:sz w:val="19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1004</Words>
  <Characters>1152</Characters>
  <Application>Microsoft Office Word</Application>
  <DocSecurity>0</DocSecurity>
  <Lines>50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JP Lee</cp:lastModifiedBy>
  <cp:revision>2</cp:revision>
  <dcterms:created xsi:type="dcterms:W3CDTF">2013-12-23T23:15:00Z</dcterms:created>
  <dcterms:modified xsi:type="dcterms:W3CDTF">2026-03-09T07:20:00Z</dcterms:modified>
  <cp:category/>
</cp:coreProperties>
</file>